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2AC66" w14:textId="77777777" w:rsidR="00E920E3" w:rsidRDefault="00A85076">
      <w:pPr>
        <w:spacing w:after="260"/>
      </w:pPr>
      <w:r>
        <w:rPr>
          <w:noProof/>
        </w:rPr>
        <w:drawing>
          <wp:inline distT="0" distB="0" distL="0" distR="0" wp14:anchorId="68ADDFAD" wp14:editId="716ACE7B">
            <wp:extent cx="6336000" cy="126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s-fehlt-titelbalken-wor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1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C7E00" w14:textId="77777777" w:rsidR="00E920E3" w:rsidRPr="00D87789" w:rsidRDefault="00A85076">
      <w:pPr>
        <w:pStyle w:val="Titel"/>
        <w:rPr>
          <w:lang w:val="de-AT"/>
        </w:rPr>
      </w:pPr>
      <w:r w:rsidRPr="00D87789">
        <w:rPr>
          <w:lang w:val="de-AT"/>
        </w:rPr>
        <w:t xml:space="preserve">Dokumentation des </w:t>
      </w:r>
      <w:proofErr w:type="gramStart"/>
      <w:r w:rsidRPr="00D87789">
        <w:rPr>
          <w:lang w:val="de-AT"/>
        </w:rPr>
        <w:t>KI Einsatzes</w:t>
      </w:r>
      <w:proofErr w:type="gramEnd"/>
    </w:p>
    <w:p w14:paraId="4C1AA1A3" w14:textId="5FC6CC7F" w:rsidR="00E920E3" w:rsidRPr="00D87789" w:rsidRDefault="00A85076">
      <w:pPr>
        <w:rPr>
          <w:lang w:val="de-AT"/>
        </w:rPr>
      </w:pPr>
      <w:r w:rsidRPr="00D87789">
        <w:rPr>
          <w:lang w:val="de-AT"/>
        </w:rPr>
        <w:t>Halte kurz fest, wie dein Poster entstanden ist. Stichworte genügen. Deine eigenen Entscheidungen sollen nachvollziehbar werden.</w:t>
      </w:r>
      <w:r w:rsidR="00D87789">
        <w:rPr>
          <w:lang w:val="de-AT"/>
        </w:rPr>
      </w:r>
    </w:p>
    <w:p w14:paraId="34B7C9AD" w14:textId="68A01906" w:rsidR="00E920E3" w:rsidRPr="00D87789" w:rsidRDefault="00A85076" w:rsidP="00D87789">
      <w:pPr>
        <w:rPr>
          <w:b/>
          <w:bCs/>
          <w:lang w:val="de-AT"/>
        </w:rPr>
      </w:pPr>
      <w:proofErr w:type="spellStart"/>
      <w:r w:rsidRPr="00D87789">
        <w:rPr>
          <w:lang w:val="de-AT"/>
        </w:rPr>
        <w:t>Postertitel</w:t>
      </w:r>
      <w:proofErr w:type="spellEnd"/>
      <w:r w:rsidRPr="00D87789">
        <w:rPr>
          <w:lang w:val="de-AT"/>
        </w:rPr>
        <w:t xml:space="preserve">: </w:t>
      </w:r>
      <w:r w:rsidR="00D87789" w:rsidRPr="00D87789">
        <w:rPr>
          <w:b/>
          <w:bCs/>
          <w:sz w:val="28"/>
          <w:szCs w:val="28"/>
          <w:lang w:val="de-AT"/>
        </w:rPr>
        <w:t>-</w:t>
      </w:r>
      <w:r w:rsidR="00D87789">
        <w:rPr>
          <w:b/>
          <w:bCs/>
          <w:lang w:val="de-AT"/>
        </w:rPr>
      </w:r>
    </w:p>
    <w:p w14:paraId="09C0B510" w14:textId="3DF5C879" w:rsidR="00E920E3" w:rsidRPr="00D87789" w:rsidRDefault="00A85076">
      <w:pPr>
        <w:rPr>
          <w:lang w:val="de-AT"/>
        </w:rPr>
      </w:pPr>
      <w:r w:rsidRPr="00D87789">
        <w:rPr>
          <w:lang w:val="de-AT"/>
        </w:rPr>
        <w:t xml:space="preserve">Name </w:t>
      </w:r>
      <w:r w:rsidR="00D87789">
        <w:rPr>
          <w:lang w:val="de-AT"/>
        </w:rPr>
        <w:t>der gestaltenden Person/en</w:t>
      </w:r>
      <w:r w:rsidRPr="00D87789">
        <w:rPr>
          <w:lang w:val="de-AT"/>
        </w:rPr>
        <w:t>:</w:t>
      </w:r>
      <w:r w:rsidRPr="00D87789">
        <w:rPr>
          <w:b/>
          <w:bCs/>
          <w:lang w:val="de-AT"/>
        </w:rPr>
        <w:t xml:space="preserve"> </w:t>
      </w:r>
      <w:r w:rsidR="00D87789" w:rsidRPr="00D87789">
        <w:rPr>
          <w:b/>
          <w:bCs/>
          <w:lang w:val="de-AT"/>
        </w:rPr>
        <w:t>-</w:t>
      </w:r>
    </w:p>
    <w:p w14:paraId="40EED7AB" w14:textId="68B9E0E6" w:rsidR="00E920E3" w:rsidRDefault="00A85076" w:rsidP="00D87789">
      <w:pPr>
        <w:rPr>
          <w:lang w:val="de-AT"/>
        </w:rPr>
      </w:pPr>
      <w:r w:rsidRPr="00D87789">
        <w:rPr>
          <w:lang w:val="de-AT"/>
        </w:rPr>
        <w:t xml:space="preserve">Klasse und Schule: </w:t>
      </w:r>
      <w:r w:rsidR="00D87789">
        <w:rPr>
          <w:lang w:val="de-AT"/>
        </w:rPr>
        <w:t>-</w:t>
      </w:r>
    </w:p>
    <w:p w14:paraId="2B636D0C" w14:textId="0E3029A2" w:rsidR="00D87789" w:rsidRPr="00D87789" w:rsidRDefault="00D87789" w:rsidP="00D87789">
      <w:pPr>
        <w:rPr>
          <w:lang w:val="de-AT"/>
        </w:rPr>
      </w:pPr>
      <w:r>
        <w:rPr>
          <w:lang w:val="de-AT"/>
        </w:rPr>
        <w:t>Betreuende Lehrperson: -</w:t>
      </w:r>
    </w:p>
    <w:p w14:paraId="25D47F15" w14:textId="77777777" w:rsidR="00E920E3" w:rsidRPr="00D87789" w:rsidRDefault="00A85076">
      <w:pPr>
        <w:pStyle w:val="berschrift2"/>
        <w:rPr>
          <w:lang w:val="de-AT"/>
        </w:rPr>
      </w:pPr>
      <w:proofErr w:type="gramStart"/>
      <w:r w:rsidRPr="00D87789">
        <w:rPr>
          <w:lang w:val="de-AT"/>
        </w:rPr>
        <w:t>1  Meine</w:t>
      </w:r>
      <w:proofErr w:type="gramEnd"/>
      <w:r w:rsidRPr="00D87789">
        <w:rPr>
          <w:lang w:val="de-AT"/>
        </w:rPr>
        <w:t xml:space="preserve"> Aussage</w:t>
      </w:r>
    </w:p>
    <w:p w14:paraId="641C18CD" w14:textId="77777777" w:rsidR="00E920E3" w:rsidRDefault="00A85076">
      <w:pPr>
        <w:spacing w:after="40"/>
        <w:rPr>
          <w:lang w:val="de-AT"/>
        </w:rPr>
      </w:pPr>
      <w:r w:rsidRPr="00D87789">
        <w:rPr>
          <w:lang w:val="de-AT"/>
        </w:rPr>
        <w:t>Was soll mein Poster zum Thema «Was fehlt» ausdrücken?</w:t>
      </w:r>
    </w:p>
    <w:p w14:paraId="15D09262" w14:textId="13D1B882" w:rsidR="00D87789" w:rsidRPr="00D87789" w:rsidRDefault="00D87789" w:rsidP="00D87789">
      <w:pPr>
        <w:spacing w:after="40"/>
        <w:rPr>
          <w:lang w:val="de-AT"/>
        </w:rPr>
      </w:pPr>
      <w:r w:rsidRPr="00D87789">
        <w:rPr>
          <w:lang w:val="de-AT"/>
        </w:rPr>
        <w:t>-</w:t>
      </w:r>
      <w:r>
        <w:rPr>
          <w:lang w:val="de-AT"/>
        </w:rPr>
        <w:t xml:space="preserve"> </w:t>
      </w:r>
    </w:p>
    <w:p w14:paraId="336AD933" w14:textId="77777777" w:rsidR="00E920E3" w:rsidRPr="00D87789" w:rsidRDefault="00A85076">
      <w:pPr>
        <w:pStyle w:val="berschrift2"/>
        <w:rPr>
          <w:lang w:val="de-AT"/>
        </w:rPr>
      </w:pPr>
      <w:proofErr w:type="gramStart"/>
      <w:r w:rsidRPr="00D87789">
        <w:rPr>
          <w:lang w:val="de-AT"/>
        </w:rPr>
        <w:t>2</w:t>
      </w:r>
      <w:r w:rsidRPr="00D87789">
        <w:rPr>
          <w:lang w:val="de-AT"/>
        </w:rPr>
        <w:t xml:space="preserve">  Werkzeuge</w:t>
      </w:r>
      <w:proofErr w:type="gramEnd"/>
      <w:r w:rsidRPr="00D87789">
        <w:rPr>
          <w:lang w:val="de-AT"/>
        </w:rPr>
        <w:t xml:space="preserve"> und Modelle</w:t>
      </w:r>
    </w:p>
    <w:p w14:paraId="251B3DCA" w14:textId="6F0C07BE" w:rsidR="00E920E3" w:rsidRPr="00D87789" w:rsidRDefault="00A85076">
      <w:pPr>
        <w:spacing w:after="40"/>
        <w:rPr>
          <w:lang w:val="de-AT"/>
        </w:rPr>
      </w:pPr>
      <w:r w:rsidRPr="00D87789">
        <w:rPr>
          <w:lang w:val="de-AT"/>
        </w:rPr>
        <w:t xml:space="preserve">Welche </w:t>
      </w:r>
      <w:proofErr w:type="spellStart"/>
      <w:r w:rsidRPr="00D87789">
        <w:rPr>
          <w:lang w:val="de-AT"/>
        </w:rPr>
        <w:t>Fobizz</w:t>
      </w:r>
      <w:proofErr w:type="spellEnd"/>
      <w:r w:rsidRPr="00D87789">
        <w:rPr>
          <w:lang w:val="de-AT"/>
        </w:rPr>
        <w:t>-Werkzeuge und KI-Modelle habe ich verwendet?</w:t>
      </w:r>
      <w:r w:rsidR="00D87789">
        <w:rPr>
          <w:lang w:val="de-AT"/>
        </w:rPr>
        <w:t xml:space="preserve"> </w:t>
      </w:r>
    </w:p>
    <w:p w14:paraId="211E3411" w14:textId="67AE255F" w:rsidR="00E920E3" w:rsidRPr="00D87789" w:rsidRDefault="00D87789">
      <w:pPr>
        <w:spacing w:after="60"/>
        <w:rPr>
          <w:lang w:val="de-AT"/>
        </w:rPr>
      </w:pPr>
      <w:r>
        <w:rPr>
          <w:lang w:val="de-AT"/>
        </w:rPr>
        <w:t>-</w:t>
      </w:r>
    </w:p>
    <w:p w14:paraId="1EC0472B" w14:textId="77777777" w:rsidR="00E920E3" w:rsidRPr="00D87789" w:rsidRDefault="00A85076">
      <w:pPr>
        <w:pStyle w:val="berschrift2"/>
        <w:rPr>
          <w:lang w:val="de-AT"/>
        </w:rPr>
      </w:pPr>
      <w:proofErr w:type="gramStart"/>
      <w:r w:rsidRPr="00D87789">
        <w:rPr>
          <w:lang w:val="de-AT"/>
        </w:rPr>
        <w:t>3  Einsatz</w:t>
      </w:r>
      <w:proofErr w:type="gramEnd"/>
      <w:r w:rsidRPr="00D87789">
        <w:rPr>
          <w:lang w:val="de-AT"/>
        </w:rPr>
        <w:t xml:space="preserve"> von KI</w:t>
      </w:r>
    </w:p>
    <w:p w14:paraId="5177120A" w14:textId="77777777" w:rsidR="00E920E3" w:rsidRPr="00D87789" w:rsidRDefault="00A85076">
      <w:pPr>
        <w:spacing w:after="40"/>
        <w:rPr>
          <w:lang w:val="de-AT"/>
        </w:rPr>
      </w:pPr>
      <w:r w:rsidRPr="00D87789">
        <w:rPr>
          <w:lang w:val="de-AT"/>
        </w:rPr>
        <w:t>Bei welchen Arbeitsschritten hat mich KI unterstützt?</w:t>
      </w:r>
    </w:p>
    <w:p w14:paraId="5FFBE62B" w14:textId="121841A1" w:rsidR="00E920E3" w:rsidRPr="00D87789" w:rsidRDefault="00D87789">
      <w:pPr>
        <w:spacing w:after="60"/>
        <w:rPr>
          <w:lang w:val="de-AT"/>
        </w:rPr>
      </w:pPr>
      <w:r>
        <w:rPr>
          <w:lang w:val="de-AT"/>
        </w:rPr>
        <w:t>-</w:t>
      </w:r>
    </w:p>
    <w:p w14:paraId="5DB9E5F9" w14:textId="77777777" w:rsidR="00E920E3" w:rsidRPr="00D87789" w:rsidRDefault="00A85076">
      <w:pPr>
        <w:pStyle w:val="berschrift2"/>
        <w:rPr>
          <w:lang w:val="de-AT"/>
        </w:rPr>
      </w:pPr>
      <w:proofErr w:type="gramStart"/>
      <w:r w:rsidRPr="00D87789">
        <w:rPr>
          <w:lang w:val="de-AT"/>
        </w:rPr>
        <w:t>4  Zentrale</w:t>
      </w:r>
      <w:proofErr w:type="gramEnd"/>
      <w:r w:rsidRPr="00D87789">
        <w:rPr>
          <w:lang w:val="de-AT"/>
        </w:rPr>
        <w:t xml:space="preserve"> Prompts</w:t>
      </w:r>
    </w:p>
    <w:p w14:paraId="3FB85FF1" w14:textId="77777777" w:rsidR="00E920E3" w:rsidRPr="00D87789" w:rsidRDefault="00A85076">
      <w:pPr>
        <w:spacing w:after="40"/>
        <w:rPr>
          <w:lang w:val="de-AT"/>
        </w:rPr>
      </w:pPr>
      <w:r w:rsidRPr="00D87789">
        <w:rPr>
          <w:lang w:val="de-AT"/>
        </w:rPr>
        <w:t>Welche wichtigen Prompts oder Anweisungen habe ich verwendet?</w:t>
      </w:r>
    </w:p>
    <w:p w14:paraId="1F457C44" w14:textId="0EE337C1" w:rsidR="00E920E3" w:rsidRPr="00D87789" w:rsidRDefault="00D87789">
      <w:pPr>
        <w:spacing w:after="60"/>
        <w:rPr>
          <w:lang w:val="de-AT"/>
        </w:rPr>
      </w:pPr>
      <w:r>
        <w:rPr>
          <w:lang w:val="de-AT"/>
        </w:rPr>
        <w:t>-</w:t>
      </w:r>
    </w:p>
    <w:p w14:paraId="47BCFCC4" w14:textId="77777777" w:rsidR="00E920E3" w:rsidRPr="00D87789" w:rsidRDefault="00A85076">
      <w:pPr>
        <w:pStyle w:val="berschrift2"/>
        <w:rPr>
          <w:lang w:val="de-AT"/>
        </w:rPr>
      </w:pPr>
      <w:proofErr w:type="gramStart"/>
      <w:r w:rsidRPr="00D87789">
        <w:rPr>
          <w:lang w:val="de-AT"/>
        </w:rPr>
        <w:t>5  Auswahl</w:t>
      </w:r>
      <w:proofErr w:type="gramEnd"/>
      <w:r w:rsidRPr="00D87789">
        <w:rPr>
          <w:lang w:val="de-AT"/>
        </w:rPr>
        <w:t xml:space="preserve"> und Überarbeitung</w:t>
      </w:r>
    </w:p>
    <w:p w14:paraId="3839D0A8" w14:textId="77777777" w:rsidR="00E920E3" w:rsidRPr="00D87789" w:rsidRDefault="00A85076">
      <w:pPr>
        <w:spacing w:after="40"/>
        <w:rPr>
          <w:lang w:val="de-AT"/>
        </w:rPr>
      </w:pPr>
      <w:r w:rsidRPr="00D87789">
        <w:rPr>
          <w:lang w:val="de-AT"/>
        </w:rPr>
        <w:t>Welche Ergebnisse habe ich übernommen, verändert oder bewusst verworfen – und warum?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1814"/>
        <w:gridCol w:w="2268"/>
        <w:gridCol w:w="5896"/>
      </w:tblGrid>
      <w:tr>
        <w:trPr>
          <w:tblHeader/>
        </w:trPr>
        <w:tc>
          <w:tcPr>
            <w:tcW w:type="dxa" w:w="1814"/>
            <w:shd w:fill="EDEBE6"/>
          </w:tcPr>
          <w:p>
            <w:r>
              <w:rPr>
                <w:b/>
                <w:sz w:val="20"/>
              </w:rPr>
              <w:t>Bild</w:t>
            </w:r>
          </w:p>
        </w:tc>
        <w:tc>
          <w:tcPr>
            <w:tcW w:type="dxa" w:w="2268"/>
            <w:shd w:fill="EDEBE6"/>
          </w:tcPr>
          <w:p>
            <w:r>
              <w:rPr>
                <w:b/>
                <w:sz w:val="20"/>
              </w:rPr>
              <w:t>Entscheidung</w:t>
            </w:r>
          </w:p>
        </w:tc>
        <w:tc>
          <w:tcPr>
            <w:tcW w:type="dxa" w:w="5896"/>
            <w:shd w:fill="EDEBE6"/>
          </w:tcPr>
          <w:p>
            <w:r>
              <w:rPr>
                <w:b/>
                <w:sz w:val="20"/>
              </w:rPr>
              <w:t>Übernahme-, Ablehnungs- oder Überarbeitungsgrund</w:t>
            </w:r>
          </w:p>
        </w:tc>
      </w:tr>
      <w:tr>
        <w:trPr>
          <w:trHeight w:val="680" w:hRule="atLeast"/>
        </w:trPr>
        <w:tc>
          <w:tcPr>
            <w:tcW w:type="dxa" w:w="1814"/>
          </w:tcPr>
          <w:p/>
        </w:tc>
        <w:tc>
          <w:tcPr>
            <w:tcW w:type="dxa" w:w="2268"/>
          </w:tcPr>
          <w:p/>
        </w:tc>
        <w:tc>
          <w:tcPr>
            <w:tcW w:type="dxa" w:w="5896"/>
          </w:tcPr>
          <w:p/>
        </w:tc>
      </w:tr>
      <w:tr>
        <w:trPr>
          <w:trHeight w:val="680" w:hRule="atLeast"/>
        </w:trPr>
        <w:tc>
          <w:tcPr>
            <w:tcW w:type="dxa" w:w="1814"/>
          </w:tcPr>
          <w:p/>
        </w:tc>
        <w:tc>
          <w:tcPr>
            <w:tcW w:type="dxa" w:w="2268"/>
          </w:tcPr>
          <w:p/>
        </w:tc>
        <w:tc>
          <w:tcPr>
            <w:tcW w:type="dxa" w:w="5896"/>
          </w:tcPr>
          <w:p/>
        </w:tc>
      </w:tr>
      <w:tr>
        <w:trPr>
          <w:trHeight w:val="680" w:hRule="atLeast"/>
        </w:trPr>
        <w:tc>
          <w:tcPr>
            <w:tcW w:type="dxa" w:w="1814"/>
          </w:tcPr>
          <w:p/>
        </w:tc>
        <w:tc>
          <w:tcPr>
            <w:tcW w:type="dxa" w:w="2268"/>
          </w:tcPr>
          <w:p/>
        </w:tc>
        <w:tc>
          <w:tcPr>
            <w:tcW w:type="dxa" w:w="5896"/>
          </w:tcPr>
          <w:p/>
        </w:tc>
      </w:tr>
    </w:tbl>
    <w:p w14:paraId="20807E91" w14:textId="77777777" w:rsidR="00E920E3" w:rsidRPr="00D87789" w:rsidRDefault="00A85076">
      <w:pPr>
        <w:pStyle w:val="berschrift2"/>
        <w:rPr>
          <w:lang w:val="de-AT"/>
        </w:rPr>
      </w:pPr>
      <w:proofErr w:type="gramStart"/>
      <w:r w:rsidRPr="00D87789">
        <w:rPr>
          <w:lang w:val="de-AT"/>
        </w:rPr>
        <w:t>6  Meine</w:t>
      </w:r>
      <w:proofErr w:type="gramEnd"/>
      <w:r w:rsidRPr="00D87789">
        <w:rPr>
          <w:lang w:val="de-AT"/>
        </w:rPr>
        <w:t xml:space="preserve"> eigenen Entscheidungen</w:t>
      </w:r>
    </w:p>
    <w:p w14:paraId="7C843C3E" w14:textId="77777777" w:rsidR="00E920E3" w:rsidRPr="00D87789" w:rsidRDefault="00A85076">
      <w:pPr>
        <w:spacing w:after="40"/>
        <w:rPr>
          <w:lang w:val="de-AT"/>
        </w:rPr>
      </w:pPr>
      <w:r w:rsidRPr="00D87789">
        <w:rPr>
          <w:lang w:val="de-AT"/>
        </w:rPr>
        <w:t>Welche wesentlichen Entscheidungen zu Aussage, Bild, Text und Layout habe ich selbst getroffen?</w:t>
      </w:r>
    </w:p>
    <w:p w14:paraId="7807FFDF" w14:textId="66302FA5" w:rsidR="00E920E3" w:rsidRPr="00D87789" w:rsidRDefault="00D87789">
      <w:pPr>
        <w:spacing w:after="60"/>
        <w:rPr>
          <w:lang w:val="de-AT"/>
        </w:rPr>
      </w:pPr>
      <w:r>
        <w:rPr>
          <w:lang w:val="de-AT"/>
        </w:rPr>
        <w:t>-</w:t>
      </w:r>
    </w:p>
    <w:p w14:paraId="65EFF6D6" w14:textId="77777777" w:rsidR="00E920E3" w:rsidRPr="00D87789" w:rsidRDefault="00A85076">
      <w:pPr>
        <w:pStyle w:val="berschrift2"/>
        <w:rPr>
          <w:lang w:val="de-AT"/>
        </w:rPr>
      </w:pPr>
      <w:proofErr w:type="gramStart"/>
      <w:r w:rsidRPr="00D87789">
        <w:rPr>
          <w:lang w:val="de-AT"/>
        </w:rPr>
        <w:t>7  Quellen</w:t>
      </w:r>
      <w:proofErr w:type="gramEnd"/>
      <w:r w:rsidRPr="00D87789">
        <w:rPr>
          <w:lang w:val="de-AT"/>
        </w:rPr>
        <w:t xml:space="preserve"> und Kennzeichnung</w:t>
      </w:r>
    </w:p>
    <w:p w14:paraId="41DD4E14" w14:textId="77777777" w:rsidR="00E920E3" w:rsidRPr="00D87789" w:rsidRDefault="00A85076">
      <w:pPr>
        <w:spacing w:after="40"/>
        <w:rPr>
          <w:lang w:val="de-AT"/>
        </w:rPr>
      </w:pPr>
      <w:r w:rsidRPr="00D87789">
        <w:rPr>
          <w:lang w:val="de-AT"/>
        </w:rPr>
        <w:t>Welche Quellen habe ich genutzt? Welche Elemente sind KI-generiert, welche selbst gestaltet?</w:t>
      </w:r>
    </w:p>
    <w:p w14:paraId="6209230A" w14:textId="6D951C85" w:rsidR="00E920E3" w:rsidRPr="00D87789" w:rsidRDefault="00D87789">
      <w:pPr>
        <w:spacing w:after="60"/>
        <w:rPr>
          <w:lang w:val="de-AT"/>
        </w:rPr>
      </w:pPr>
      <w:r>
        <w:rPr>
          <w:lang w:val="de-AT"/>
        </w:rPr>
        <w:t>-</w:t>
      </w:r>
    </w:p>
    <w:p w14:paraId="1392254E" w14:textId="5B3C15CB" w:rsidR="00E920E3" w:rsidRDefault="00D87789">
      <w:r>
        <w:rPr>
          <w:sz w:val="18"/>
          <w:lang w:val="de-AT"/>
        </w:rPr>
      </w:r>
      <w:r>
        <w:rPr>
          <w:sz w:val="18"/>
          <w:lang w:val="de-AT"/>
        </w:rPr>
      </w:r>
      <w:r w:rsidR="00A85076" w:rsidRPr="00D87789">
        <w:rPr>
          <w:sz w:val="18"/>
          <w:lang w:val="de-AT"/>
        </w:rPr>
        <w:t xml:space="preserve">Vor der Abgabe: Historische Quellen und KI-Elemente klar unterscheiden. Keine historischen Fotografien mit generativer KI verändern. Keine erfundenen Opferzeugnisse verwenden. </w:t>
      </w:r>
      <w:r w:rsidR="00A85076">
        <w:rPr>
          <w:sz w:val="18"/>
        </w:rPr>
        <w:t xml:space="preserve">Bei </w:t>
      </w:r>
      <w:proofErr w:type="spellStart"/>
      <w:r w:rsidR="00A85076">
        <w:rPr>
          <w:sz w:val="18"/>
        </w:rPr>
        <w:t>Unsicherheit</w:t>
      </w:r>
      <w:proofErr w:type="spellEnd"/>
      <w:r w:rsidR="00A85076">
        <w:rPr>
          <w:sz w:val="18"/>
        </w:rPr>
        <w:t xml:space="preserve"> </w:t>
      </w:r>
      <w:proofErr w:type="gramStart"/>
      <w:r w:rsidR="00A85076">
        <w:rPr>
          <w:sz w:val="18"/>
        </w:rPr>
        <w:t>die</w:t>
      </w:r>
      <w:proofErr w:type="gramEnd"/>
      <w:r w:rsidR="00A85076">
        <w:rPr>
          <w:sz w:val="18"/>
        </w:rPr>
        <w:t xml:space="preserve"> Lehrperson </w:t>
      </w:r>
      <w:proofErr w:type="spellStart"/>
      <w:r w:rsidR="00A85076">
        <w:rPr>
          <w:sz w:val="18"/>
        </w:rPr>
        <w:t>fragen</w:t>
      </w:r>
      <w:proofErr w:type="spellEnd"/>
      <w:r w:rsidR="00A85076">
        <w:rPr>
          <w:sz w:val="18"/>
        </w:rPr>
        <w:t>.</w:t>
      </w:r>
      <w:r w:rsidR="00052A58">
        <w:rPr>
          <w:sz w:val="18"/>
        </w:rPr>
        <w:t xml:space="preserve">Bei </w:t>
      </w:r>
      <w:proofErr w:type="spellStart"/>
      <w:r w:rsidR="00052A58">
        <w:rPr>
          <w:sz w:val="18"/>
        </w:rPr>
        <w:t>Fragen</w:t>
      </w:r>
      <w:proofErr w:type="spellEnd"/>
      <w:r w:rsidR="00052A58">
        <w:rPr>
          <w:sz w:val="18"/>
        </w:rPr>
        <w:t xml:space="preserve"> </w:t>
      </w:r>
      <w:proofErr w:type="spellStart"/>
      <w:r w:rsidR="00052A58">
        <w:rPr>
          <w:sz w:val="18"/>
        </w:rPr>
        <w:t>zum</w:t>
      </w:r>
      <w:proofErr w:type="spellEnd"/>
      <w:r w:rsidR="00052A58">
        <w:rPr>
          <w:sz w:val="18"/>
        </w:rPr>
        <w:t xml:space="preserve"> </w:t>
      </w:r>
      <w:proofErr w:type="spellStart"/>
      <w:r w:rsidR="00052A58">
        <w:rPr>
          <w:sz w:val="18"/>
        </w:rPr>
        <w:t>Wettbewerb</w:t>
      </w:r>
      <w:proofErr w:type="spellEnd"/>
      <w:r w:rsidR="00052A58">
        <w:rPr>
          <w:sz w:val="18"/>
        </w:rPr>
        <w:t>: braendle.arno@schulen.li</w:t>
      </w:r>
    </w:p>
    <w:sectPr w:rsidR="00E920E3" w:rsidSect="00034616">
      <w:pgSz w:w="11906" w:h="16838"/>
      <w:pgMar w:top="737" w:right="964" w:bottom="73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54817"/>
    <w:multiLevelType w:val="hybridMultilevel"/>
    <w:tmpl w:val="3EE0984A"/>
    <w:lvl w:ilvl="0" w:tplc="0472FCE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215390">
    <w:abstractNumId w:val="8"/>
  </w:num>
  <w:num w:numId="2" w16cid:durableId="221986506">
    <w:abstractNumId w:val="6"/>
  </w:num>
  <w:num w:numId="3" w16cid:durableId="1394547470">
    <w:abstractNumId w:val="5"/>
  </w:num>
  <w:num w:numId="4" w16cid:durableId="1780565033">
    <w:abstractNumId w:val="4"/>
  </w:num>
  <w:num w:numId="5" w16cid:durableId="1536692420">
    <w:abstractNumId w:val="7"/>
  </w:num>
  <w:num w:numId="6" w16cid:durableId="12851832">
    <w:abstractNumId w:val="3"/>
  </w:num>
  <w:num w:numId="7" w16cid:durableId="283732041">
    <w:abstractNumId w:val="2"/>
  </w:num>
  <w:num w:numId="8" w16cid:durableId="567040561">
    <w:abstractNumId w:val="1"/>
  </w:num>
  <w:num w:numId="9" w16cid:durableId="830102341">
    <w:abstractNumId w:val="0"/>
  </w:num>
  <w:num w:numId="10" w16cid:durableId="15202413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A58"/>
    <w:rsid w:val="0006063C"/>
    <w:rsid w:val="0015074B"/>
    <w:rsid w:val="0029639D"/>
    <w:rsid w:val="00326F90"/>
    <w:rsid w:val="00A85076"/>
    <w:rsid w:val="00AA1D8D"/>
    <w:rsid w:val="00B47730"/>
    <w:rsid w:val="00BB1A54"/>
    <w:rsid w:val="00CB0664"/>
    <w:rsid w:val="00D7783E"/>
    <w:rsid w:val="00D87789"/>
    <w:rsid w:val="00E920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1730E"/>
  <w14:defaultImageDpi w14:val="300"/>
  <w15:docId w15:val="{0024992E-BC5E-42C9-9501-572C0FAE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 fehlt – Dokumentation des KI Einsatzes</dc:title>
  <dc:subject>KI-Posterwettbewerb 2026/27</dc:subject>
  <dc:creator>python-docx</dc:creator>
  <cp:keywords/>
  <dc:description>generated by python-docx</dc:description>
  <cp:lastModifiedBy>Brändle Arno OSE</cp:lastModifiedBy>
  <cp:revision>3</cp:revision>
  <dcterms:created xsi:type="dcterms:W3CDTF">2026-10-30T19:10:00Z</dcterms:created>
  <dcterms:modified xsi:type="dcterms:W3CDTF">2026-10-30T19:11:00Z</dcterms:modified>
  <cp:category/>
</cp:coreProperties>
</file>